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sz w:val="32"/>
        </w:rPr>
        <w:t>PRZEDSZKOLE TERAPEUTYCZNE ALFA</w:t>
      </w:r>
    </w:p>
    <w:p>
      <w:pPr>
        <w:jc w:val="center"/>
      </w:pPr>
      <w:r>
        <w:rPr>
          <w:b/>
          <w:sz w:val="26"/>
        </w:rPr>
        <w:t>FORMULARZ ZGŁOSZENIA DZIECKA</w:t>
      </w:r>
    </w:p>
    <w:p>
      <w:pPr>
        <w:jc w:val="center"/>
      </w:pPr>
      <w:r>
        <w:rPr>
          <w:i/>
          <w:sz w:val="20"/>
        </w:rPr>
        <w:t>do Przedszkola Terapeutycznego Alfa w Toruniu</w:t>
      </w:r>
    </w:p>
    <w:p>
      <w:pPr>
        <w:spacing w:after="160"/>
      </w:pPr>
      <w:r>
        <w:t>Formularz służy do przekazania podstawowych informacji potrzebnych na etapie zgłoszenia dziecka. Rekrutacja do Alfy trwa przez cały rok. Wypełniony formularz można wydrukować i dostarczyć do placówki.</w:t>
      </w:r>
    </w:p>
    <w:p>
      <w:pPr>
        <w:spacing w:before="160" w:after="80"/>
      </w:pPr>
      <w:r>
        <w:rPr>
          <w:b/>
          <w:sz w:val="23"/>
        </w:rPr>
        <w:t>1. Dane dziecka</w:t>
      </w:r>
    </w:p>
    <w:p>
      <w:pPr>
        <w:spacing w:after="60"/>
      </w:pPr>
      <w:r>
        <w:rPr>
          <w:b/>
        </w:rPr>
        <w:t xml:space="preserve">Imię / imiona *: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Nazwisko *: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PESEL: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Data urodzenia *: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Miejsce urodzenia: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Rok szkolny: </w:t>
      </w:r>
      <w:r>
        <w:t>_________________________________________________________________</w:t>
      </w:r>
    </w:p>
    <w:p>
      <w:pPr>
        <w:spacing w:before="160" w:after="80"/>
      </w:pPr>
      <w:r>
        <w:rPr>
          <w:b/>
          <w:sz w:val="23"/>
        </w:rPr>
        <w:t>2. Adres zamieszkania dziecka</w:t>
      </w:r>
    </w:p>
    <w:p>
      <w:pPr>
        <w:spacing w:after="60"/>
      </w:pPr>
      <w:r>
        <w:rPr>
          <w:b/>
        </w:rPr>
        <w:t xml:space="preserve">Kod pocztowy / miejscowość *: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Ulica: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Numer domu: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Numer mieszkania: </w:t>
      </w:r>
      <w:r>
        <w:t>_________________________________________________________________</w:t>
      </w:r>
    </w:p>
    <w:p>
      <w:pPr>
        <w:spacing w:before="160" w:after="80"/>
      </w:pPr>
      <w:r>
        <w:rPr>
          <w:b/>
          <w:sz w:val="23"/>
        </w:rPr>
        <w:t>3. Rodzice / opiekunowie prawni</w:t>
      </w:r>
    </w:p>
    <w:p>
      <w:pPr>
        <w:spacing w:after="60"/>
      </w:pPr>
      <w:r>
        <w:rPr>
          <w:b/>
        </w:rPr>
        <w:t>Rodzic / opiekun 1</w:t>
      </w:r>
    </w:p>
    <w:p>
      <w:pPr>
        <w:spacing w:after="60"/>
      </w:pPr>
      <w:r>
        <w:rPr>
          <w:b/>
        </w:rPr>
        <w:t xml:space="preserve">Imię: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Nazwisko: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Telefon: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E-mail: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>Rodzic / opiekun 2</w:t>
      </w:r>
    </w:p>
    <w:p>
      <w:pPr>
        <w:spacing w:after="60"/>
      </w:pPr>
      <w:r>
        <w:rPr>
          <w:b/>
        </w:rPr>
        <w:t xml:space="preserve">Imię: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Nazwisko: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Telefon: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E-mail: </w:t>
      </w:r>
      <w:r>
        <w:t>_________________________________________________________________</w:t>
      </w:r>
    </w:p>
    <w:p>
      <w:pPr>
        <w:spacing w:before="160" w:after="80"/>
      </w:pPr>
      <w:r>
        <w:rPr>
          <w:b/>
          <w:sz w:val="23"/>
        </w:rPr>
        <w:t>4. Ważne informacje o dziecku</w:t>
      </w:r>
    </w:p>
    <w:p>
      <w:r>
        <w:t>Prosimy o podanie informacji istotnych dla codziennego pobytu dziecka w placówce, np. chorób, alergii, diety, sposobu komunikacji, nadwrażliwości sensorycznych, potrzeb lub innych ważnych informacji.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spacing w:after="60"/>
      </w:pPr>
      <w:r>
        <w:rPr>
          <w:b/>
        </w:rPr>
        <w:t xml:space="preserve">Obecna placówka / przedszkole / szkoła: </w:t>
      </w:r>
      <w:r>
        <w:t>_________________________________________________________________</w:t>
      </w:r>
    </w:p>
    <w:p>
      <w:pPr>
        <w:spacing w:before="160" w:after="80"/>
      </w:pPr>
      <w:r>
        <w:rPr>
          <w:b/>
          <w:sz w:val="23"/>
        </w:rPr>
        <w:t>5. Dokumenty i potrzeby dziecka</w:t>
      </w:r>
    </w:p>
    <w:p>
      <w:r>
        <w:t>Orzeczenie o potrzebie kształcenia specjalnego:   ☐ Tak   ☐ W trakcie uzyskiwania   ☐ Nie</w:t>
      </w:r>
    </w:p>
    <w:p>
      <w:r>
        <w:t>Wczesne wspomaganie rozwoju (WWR):                  ☐ Tak   ☐ W trakcie uzyskiwania   ☐ Nie</w:t>
      </w:r>
    </w:p>
    <w:p>
      <w:r>
        <w:t>Wsparcie poradni psychologiczno-pedagogicznej:      ☐ Tak   ☐ W trakcie uzyskiwania   ☐ Nie</w:t>
      </w:r>
    </w:p>
    <w:p>
      <w:pPr>
        <w:spacing w:before="160" w:after="80"/>
      </w:pPr>
      <w:r>
        <w:rPr>
          <w:b/>
          <w:sz w:val="23"/>
        </w:rPr>
        <w:t>6. Organizacja pobytu</w:t>
      </w:r>
    </w:p>
    <w:p>
      <w:pPr>
        <w:spacing w:after="60"/>
      </w:pPr>
      <w:r>
        <w:rPr>
          <w:b/>
        </w:rPr>
        <w:t xml:space="preserve">Planowany termin rozpoczęcia: </w:t>
      </w:r>
      <w:r>
        <w:t>_________________________________________________________________</w:t>
      </w:r>
    </w:p>
    <w:p>
      <w:r>
        <w:t>Preferowany sposób kontaktu:   ☐ Telefon   ☐ E-mail</w:t>
      </w:r>
    </w:p>
    <w:p>
      <w:r>
        <w:t>Transport dziecka:   ☐ Chcę zapytać o transport   ☐ Nie potrzebuję   ☐ Jeszcze nie wiem</w:t>
      </w:r>
    </w:p>
    <w:p>
      <w:pPr>
        <w:spacing w:after="60"/>
      </w:pPr>
      <w:r>
        <w:rPr>
          <w:b/>
        </w:rPr>
        <w:t xml:space="preserve">Dodatkowe pytania / informacje: </w:t>
      </w:r>
      <w:r>
        <w:t>_________________________________________________________________</w:t>
      </w:r>
    </w:p>
    <w:p>
      <w:pPr>
        <w:spacing w:before="160" w:after="80"/>
      </w:pPr>
      <w:r>
        <w:rPr>
          <w:b/>
          <w:sz w:val="23"/>
        </w:rPr>
        <w:t>7. Oświadczenia</w:t>
      </w:r>
    </w:p>
    <w:p>
      <w:r>
        <w:t>☐ Oświadczam, że podane informacje są zgodne ze stanem faktycznym.</w:t>
      </w:r>
    </w:p>
    <w:p>
      <w:r>
        <w:t>☐ Wyrażam zgodę na kontakt ze mną w sprawie zgłoszenia dziecka do placówki.</w:t>
      </w:r>
    </w:p>
    <w:p>
      <w:pPr>
        <w:spacing w:before="200"/>
      </w:pPr>
      <w:r>
        <w:rPr>
          <w:i/>
        </w:rPr>
        <w:t>Uwaga dotycząca ochrony danych osobowych: właściwą klauzulę informacyjną dotyczącą przetwarzania danych osobowych należy uzupełnić przez placówkę przed przekazaniem formularza do użytku.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</w:tcPr>
          <w:p>
            <w:r>
              <w:t>Miejscowość i data</w:t>
            </w:r>
          </w:p>
        </w:tc>
        <w:tc>
          <w:tcPr>
            <w:tcW w:type="dxa" w:w="5156"/>
            <w:vAlign w:val="center"/>
          </w:tcPr>
          <w:p>
            <w:r>
              <w:t>Podpis rodzica / opiekuna prawnego</w:t>
            </w:r>
          </w:p>
        </w:tc>
      </w:tr>
      <w:tr>
        <w:tc>
          <w:tcPr>
            <w:tcW w:type="dxa" w:w="5156"/>
            <w:vAlign w:val="center"/>
          </w:tcPr>
          <w:p>
            <w:r>
              <w:t>________________________________</w:t>
            </w:r>
          </w:p>
        </w:tc>
        <w:tc>
          <w:tcPr>
            <w:tcW w:type="dxa" w:w="5156"/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240"/>
        <w:jc w:val="center"/>
      </w:pPr>
      <w:r>
        <w:rPr>
          <w:sz w:val="17"/>
        </w:rPr>
        <w:t>Przedszkole Terapeutyczne Alfa • ul. Kociewska 22, 87-100 Toruń • tel. +48 606 612 583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